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jc w:val="left"/>
      </w:pPr>
      <w:r>
        <w:rPr>
          <w:b/>
        </w:rPr>
        <w:t>Mediator:</w:t>
      </w:r>
      <w:r/>
    </w:p>
    <w:p>
      <w:pPr>
        <w:jc w:val="left"/>
      </w:pPr>
      <w:r>
        <w:t>[imię i nazwisko]</w:t>
      </w:r>
    </w:p>
    <w:p>
      <w:pPr>
        <w:jc w:val="left"/>
      </w:pPr>
      <w:r>
        <w:t>[adres]</w:t>
      </w:r>
    </w:p>
    <w:p>
      <w:pPr>
        <w:jc w:val="left"/>
      </w:pPr>
      <w:r>
        <w:rPr>
          <w:b/>
        </w:rPr>
        <w:t>Wnioskodawca:</w:t>
      </w:r>
      <w:r/>
    </w:p>
    <w:p>
      <w:pPr>
        <w:jc w:val="left"/>
      </w:pPr>
      <w:r>
        <w:t>[imię i nazwisko albo firma]</w:t>
      </w:r>
    </w:p>
    <w:p>
      <w:pPr>
        <w:jc w:val="left"/>
      </w:pPr>
      <w:r>
        <w:t>[adres, PESEL albo NIP/KRS]</w:t>
      </w:r>
    </w:p>
    <w:p>
      <w:pPr>
        <w:jc w:val="left"/>
      </w:pPr>
      <w:r>
        <w:t>[e-mail, telefon]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Druga strona:</w:t>
      </w:r>
      <w:r/>
    </w:p>
    <w:p>
      <w:pPr>
        <w:jc w:val="left"/>
      </w:pPr>
      <w:r>
        <w:t>[imię i nazwisko albo firma]</w:t>
      </w:r>
    </w:p>
    <w:p>
      <w:pPr>
        <w:jc w:val="left"/>
      </w:pPr>
      <w:r>
        <w:t>[adres]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WNIOSEK O PRZEPROWADZENIE MEDIACJI</w:t>
      </w:r>
    </w:p>
    <w:p>
      <w:pPr>
        <w:jc w:val="both"/>
      </w:pPr>
      <w:r>
        <w:t>Na podstawie art. 183⁶ § 1 w związku z art. 183⁷ Kodeksu postępowania cywilnego wnoszę o przeprowadzenie mediacji między Wnioskodawcą a [druga strona] w sprawie opisanej poniżej.</w:t>
      </w:r>
    </w:p>
    <w:p>
      <w:pPr>
        <w:pStyle w:val="EmHeading2"/>
        <w:keepNext/>
        <w:spacing w:before="160"/>
      </w:pPr>
      <w:r>
        <w:rPr>
          <w:b/>
        </w:rPr>
        <w:t>I. Żądanie</w:t>
      </w:r>
    </w:p>
    <w:p>
      <w:pPr>
        <w:jc w:val="both"/>
      </w:pPr>
      <w:r>
        <w:t>Wnioskodawca domaga się [dokładne określenie żądania: zapłata kwoty … zł z odsetkami … od dnia … / wykonanie … / inne świadczenie].</w:t>
      </w:r>
    </w:p>
    <w:p>
      <w:pPr>
        <w:pStyle w:val="EmHeading2"/>
        <w:keepNext/>
        <w:spacing w:before="160"/>
      </w:pPr>
      <w:r>
        <w:rPr>
          <w:b/>
        </w:rPr>
        <w:t>II. Okoliczności uzasadniające żądanie</w:t>
      </w:r>
    </w:p>
    <w:p>
      <w:pPr>
        <w:jc w:val="left"/>
      </w:pPr>
      <w:r>
        <w:t>1. Strony łączy [umowa nr … z dnia …, której przedmiotem jest …].</w:t>
      </w:r>
    </w:p>
    <w:p>
      <w:pPr>
        <w:jc w:val="left"/>
      </w:pPr>
      <w:r>
        <w:t>2. [Zwięzły opis wykonania umowy i przyczyny sporu.]</w:t>
      </w:r>
    </w:p>
    <w:p>
      <w:pPr>
        <w:jc w:val="left"/>
      </w:pPr>
      <w:r>
        <w:t>3. Stanowiska stron różnią się co do [kwestie sporne].</w:t>
      </w:r>
    </w:p>
    <w:p>
      <w:pPr>
        <w:pStyle w:val="EmHeading2"/>
        <w:keepNext/>
        <w:spacing w:before="160"/>
      </w:pPr>
      <w:r>
        <w:rPr>
          <w:b/>
        </w:rPr>
        <w:t>III. Podstawa mediacji</w:t>
      </w:r>
    </w:p>
    <w:p>
      <w:pPr>
        <w:jc w:val="left"/>
      </w:pPr>
      <w:r>
        <w:t>[Wariant A: Strony zawarły umowę o mediację z dnia …, której odpis załączam.]</w:t>
      </w:r>
    </w:p>
    <w:p>
      <w:pPr>
        <w:jc w:val="both"/>
      </w:pPr>
      <w:r>
        <w:t>[Wariant B: Strony nie zawarły umowy o mediację. Wnoszę o zwrócenie się do drugiej strony o wyrażenie zgody na mediację.]</w:t>
      </w:r>
    </w:p>
    <w:p>
      <w:pPr>
        <w:pStyle w:val="EmHeading2"/>
        <w:keepNext/>
        <w:spacing w:before="160"/>
      </w:pPr>
      <w:r>
        <w:rPr>
          <w:b/>
        </w:rPr>
        <w:t>IV. Doręczenie odpisu</w:t>
      </w:r>
    </w:p>
    <w:p>
      <w:pPr>
        <w:jc w:val="both"/>
      </w:pPr>
      <w:r>
        <w:t>Odpis niniejszego wniosku doręczono drugiej stronie w dniu [data] [sposób doręczenia]. Dowód doręczenia załączam.</w:t>
      </w:r>
    </w:p>
    <w:p>
      <w:pPr>
        <w:jc w:val="left"/>
      </w:pPr>
      <w:r>
        <w:t>[podpis Wnioskodawcy albo pełnomocnika]</w:t>
      </w:r>
    </w:p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dowód doręczenia odpisu wniosku drugiej stronie,</w:t>
      </w:r>
    </w:p>
    <w:p>
      <w:pPr>
        <w:keepNext/>
        <w:jc w:val="left"/>
      </w:pPr>
      <w:r>
        <w:t>2. odpis umowy o mediację [jeżeli została zawarta na piśmie],</w:t>
      </w:r>
    </w:p>
    <w:p>
      <w:pPr>
        <w:keepNext/>
        <w:jc w:val="left"/>
      </w:pPr>
      <w:r>
        <w:t>3. [umowa, z której wynika spór],</w:t>
      </w:r>
    </w:p>
    <w:p>
      <w:pPr>
        <w:keepNext/>
        <w:jc w:val="left"/>
      </w:pPr>
      <w:r>
        <w:t>4. [zestawienie roszczeń i najważniejsze dokumenty],</w:t>
      </w:r>
    </w:p>
    <w:p>
      <w:pPr>
        <w:jc w:val="left"/>
      </w:pPr>
      <w:r>
        <w:t>5. [pełnomocnictwo – jeżeli dotyczy].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Formalny wniosek kierowany do wybranego mediatora.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Dołącz dowód doręczenia odpisu drugiej stronie. Skuteczność wszczęcia zależy również od wyjątków z art. 183⁶ § 2.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183⁶–183⁷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Żądanie i okoliczności</w:t>
      </w:r>
    </w:p>
    <w:p>
      <w:pPr>
        <w:jc w:val="left"/>
      </w:pPr>
      <w:r>
        <w:rPr>
          <w:color w:val="444F4E"/>
          <w:sz w:val="20"/>
        </w:rPr>
        <w:t>Oznacz strony, dokładne żądanie i fakty, podpisz wniosek oraz wymień załączniki. Kilka należności przedstaw w osobnym zestawieniu.</w:t>
      </w:r>
    </w:p>
    <w:p>
      <w:pPr>
        <w:pStyle w:val="EmHeading3"/>
        <w:spacing w:before="160"/>
      </w:pPr>
      <w:r>
        <w:rPr>
          <w:b/>
          <w:sz w:val="20"/>
        </w:rPr>
        <w:t>Doręczenie</w:t>
      </w:r>
    </w:p>
    <w:p>
      <w:pPr>
        <w:jc w:val="left"/>
      </w:pPr>
      <w:r>
        <w:rPr>
          <w:color w:val="444F4E"/>
          <w:sz w:val="20"/>
        </w:rPr>
        <w:t>Dołącz dowód doręczenia odpisu drugiej stronie i odpis pisemnej umowy o mediację, jeśli została zawarta. Zapisz daty doręczeń.</w:t>
      </w:r>
    </w:p>
    <w:p>
      <w:pPr>
        <w:pStyle w:val="EmHeading3"/>
        <w:spacing w:before="160"/>
      </w:pPr>
      <w:r>
        <w:rPr>
          <w:b/>
          <w:sz w:val="20"/>
        </w:rPr>
        <w:t>Wszczęcie</w:t>
      </w:r>
    </w:p>
    <w:p>
      <w:pPr>
        <w:jc w:val="left"/>
      </w:pPr>
      <w:r>
        <w:rPr>
          <w:color w:val="444F4E"/>
          <w:sz w:val="20"/>
        </w:rPr>
        <w:t>Uwzględnij wyjątki z art. 183⁶ § 2 k.p.c. Odmowa mediatora lub brak wymaganej zgody może oznaczać, że mediacja nie została wszczęta.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mediatora o przeprowadzenie mediacji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