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jc w:val="left"/>
      </w:pPr>
      <w:r>
        <w:rPr>
          <w:b/>
        </w:rPr>
        <w:t>Nadawca:</w:t>
      </w:r>
      <w:r/>
    </w:p>
    <w:p>
      <w:pPr>
        <w:jc w:val="left"/>
      </w:pPr>
      <w:r>
        <w:t>[imię i nazwisko albo firma]</w:t>
      </w:r>
    </w:p>
    <w:p>
      <w:pPr>
        <w:jc w:val="left"/>
      </w:pPr>
      <w:r>
        <w:t>[adres, NIP/KRS – jeżeli dotyczy]</w:t>
      </w:r>
    </w:p>
    <w:p>
      <w:pPr>
        <w:jc w:val="left"/>
      </w:pPr>
      <w:r>
        <w:t>[e-mail, telefon]</w:t>
      </w:r>
    </w:p>
    <w:p>
      <w:pPr>
        <w:jc w:val="left"/>
      </w:pPr>
      <w:r>
        <w:rPr>
          <w:b/>
        </w:rPr>
        <w:t>Adresat:</w:t>
      </w:r>
      <w:r/>
    </w:p>
    <w:p>
      <w:pPr>
        <w:jc w:val="left"/>
      </w:pPr>
      <w:r>
        <w:t>[imię i nazwisko albo firma]</w:t>
      </w:r>
    </w:p>
    <w:p>
      <w:pPr>
        <w:jc w:val="left"/>
      </w:pPr>
      <w:r>
        <w:t>[adres]</w:t>
      </w:r>
    </w:p>
    <w:p>
      <w:pPr>
        <w:jc w:val="left"/>
      </w:pPr>
      <w:r>
        <w:rPr>
          <w:b/>
        </w:rPr>
        <w:t>Dotyczy:</w:t>
      </w:r>
      <w:r>
        <w:t xml:space="preserve"> [umowa nr … z dnia … / faktura nr … / inny tytuł sporu]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ZAPROSZENIE DO MEDIACJI</w:t>
      </w:r>
    </w:p>
    <w:p>
      <w:pPr>
        <w:jc w:val="left"/>
      </w:pPr>
      <w:r>
        <w:t>Szanowni Państwo,</w:t>
      </w:r>
    </w:p>
    <w:p>
      <w:pPr>
        <w:jc w:val="both"/>
      </w:pPr>
      <w:r>
        <w:t>w związku ze sporem dotyczącym [zwięzłe określenie przedmiotu sporu, np. rozliczenia umowy nr … z dnia …] proponuję podjęcie próby jego polubownego rozwiązania w drodze mediacji, na podstawie art. 183¹ § 2 Kodeksu postępowania cywilnego.</w:t>
      </w:r>
    </w:p>
    <w:p>
      <w:pPr>
        <w:pStyle w:val="EmHeading2"/>
        <w:keepNext/>
        <w:spacing w:before="160"/>
      </w:pPr>
      <w:r>
        <w:rPr>
          <w:i/>
        </w:rPr>
        <w:t>*1. Przedmiot mediacji</w:t>
      </w:r>
    </w:p>
    <w:p>
      <w:pPr>
        <w:jc w:val="left"/>
      </w:pPr>
      <w:r>
        <w:t>Mediacja miałaby objąć: [roszczenia i kwestie sporne, których mają dotyczyć rozmowy].</w:t>
      </w:r>
    </w:p>
    <w:p>
      <w:pPr>
        <w:pStyle w:val="EmHeading2"/>
        <w:keepNext/>
        <w:spacing w:before="160"/>
      </w:pPr>
      <w:r>
        <w:rPr>
          <w:i/>
        </w:rPr>
        <w:t>*2. Mediator</w:t>
      </w:r>
    </w:p>
    <w:p>
      <w:pPr>
        <w:jc w:val="both"/>
      </w:pPr>
      <w:r>
        <w:t>Proponuję, aby mediację poprowadził(a) [imię i nazwisko mediatora, dane kontaktowe]. Jeżeli wolą Państwo wskazać inną osobę, proszę o przedstawienie kandydatury – mediatora wybierzemy wspólnie.</w:t>
      </w:r>
    </w:p>
    <w:p>
      <w:pPr>
        <w:pStyle w:val="EmHeading2"/>
        <w:keepNext/>
        <w:spacing w:before="160"/>
      </w:pPr>
      <w:r>
        <w:rPr>
          <w:i/>
        </w:rPr>
        <w:t>*3. Organizacja</w:t>
      </w:r>
    </w:p>
    <w:p>
      <w:pPr>
        <w:jc w:val="both"/>
      </w:pPr>
      <w:r>
        <w:t>Proponuję spotkanie [w siedzibie mediatora w … / w formie zdalnej] w terminie [przedział dat]. Wynagrodzenie mediatora i sposób podziału kosztów uzgodnimy z mediatorem przed rozpoczęciem mediacji; proponuję, aby strony poniosły je w częściach równych.</w:t>
      </w:r>
    </w:p>
    <w:p>
      <w:pPr>
        <w:pStyle w:val="EmHeading2"/>
        <w:keepNext/>
        <w:spacing w:before="160"/>
      </w:pPr>
      <w:r>
        <w:rPr>
          <w:i/>
        </w:rPr>
        <w:t>*4. Charakter pisma</w:t>
      </w:r>
    </w:p>
    <w:p>
      <w:pPr>
        <w:jc w:val="both"/>
      </w:pPr>
      <w:r>
        <w:t>Mediacja jest dobrowolna i poufna. Niniejsze zaproszenie nie stanowi uznania roszczenia ani zrzeczenia się roszczeń lub zarzutów.</w:t>
      </w:r>
    </w:p>
    <w:p>
      <w:pPr>
        <w:jc w:val="both"/>
      </w:pPr>
      <w:r>
        <w:t>Proszę o odpowiedź do dnia [data] na adres [e-mail lub adres do korespondencji]. Po otrzymaniu Państwa zgody wspólnie zwrócimy się do mediatora o przyjęcie sprawy.</w:t>
      </w:r>
    </w:p>
    <w:p>
      <w:pPr>
        <w:jc w:val="left"/>
      </w:pPr>
      <w:r>
        <w:t>Z poważaniem</w:t>
      </w:r>
    </w:p>
    <w:p>
      <w:pPr>
        <w:jc w:val="left"/>
      </w:pPr>
      <w:r>
        <w:t>[podpis]</w:t>
      </w:r>
    </w:p>
    <w:p>
      <w:pPr>
        <w:jc w:val="left"/>
      </w:pPr>
      <w:r>
        <w:t>[imię i nazwisko, funkcja]</w:t>
      </w:r>
    </w:p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[zestawienie spornych należności / kwestii – jeżeli jest przekazywane]</w:t>
      </w:r>
    </w:p>
    <w:p>
      <w:pPr>
        <w:jc w:val="left"/>
      </w:pPr>
      <w:r>
        <w:t>2. [informacja o proponowanym mediatorze]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Rozpoczęcie rozmowy o mediacji bez składania pozwu.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Samo zaproszenie nie wszczyna mediacji i nie zabezpiecza terminu przedawnienia.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183¹–183⁸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 Nagłówki oznaczone gwiazdką (*) i zapisane kursywą porządkują wzór – usuń je w gotowym dokumencie.</w:t>
      </w:r>
    </w:p>
    <w:p>
      <w:pPr>
        <w:pStyle w:val="EmHeading3"/>
        <w:spacing w:before="160"/>
      </w:pPr>
      <w:r>
        <w:rPr>
          <w:b/>
          <w:sz w:val="20"/>
        </w:rPr>
        <w:t>Określ przedmiot rozmów</w:t>
      </w:r>
    </w:p>
    <w:p>
      <w:pPr>
        <w:jc w:val="left"/>
      </w:pPr>
      <w:r>
        <w:rPr>
          <w:color w:val="444F4E"/>
          <w:sz w:val="20"/>
        </w:rPr>
        <w:t>Wskaż strony, umowę lub zdarzenie oraz kwestie sporne. Zaproponuj mediatora, formę spotkania i termin odpowiedzi.</w:t>
      </w:r>
    </w:p>
    <w:p>
      <w:pPr>
        <w:pStyle w:val="EmHeading3"/>
        <w:spacing w:before="160"/>
      </w:pPr>
      <w:r>
        <w:rPr>
          <w:b/>
          <w:sz w:val="20"/>
        </w:rPr>
        <w:t>Załączniki</w:t>
      </w:r>
    </w:p>
    <w:p>
      <w:pPr>
        <w:jc w:val="left"/>
      </w:pPr>
      <w:r>
        <w:rPr>
          <w:color w:val="444F4E"/>
          <w:sz w:val="20"/>
        </w:rPr>
        <w:t>Dołącz krótkie zestawienie rozbieżności lub profil proponowanego mediatora. Szczegółowe materiały można przekazać po uzgodnieniu zasad.</w:t>
      </w:r>
    </w:p>
    <w:p>
      <w:pPr>
        <w:pStyle w:val="EmHeading3"/>
        <w:spacing w:before="160"/>
      </w:pPr>
      <w:r>
        <w:rPr>
          <w:b/>
          <w:sz w:val="20"/>
        </w:rPr>
        <w:t>Skutek zaproszenia</w:t>
      </w:r>
    </w:p>
    <w:p>
      <w:pPr>
        <w:jc w:val="left"/>
      </w:pPr>
      <w:r>
        <w:rPr>
          <w:color w:val="444F4E"/>
          <w:sz w:val="20"/>
        </w:rPr>
        <w:t>Zaproszenie nie wszczyna mediacji i samo nie zawiesza przedawnienia. Zachowaj potwierdzenie przekazania, a terminy sądowe kontroluj niezależnie.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drugiej strony do mediacji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